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1D6D6" w14:textId="77777777" w:rsidR="00546853" w:rsidRPr="007224BF" w:rsidRDefault="00000000">
      <w:pPr>
        <w:spacing w:after="40" w:line="240" w:lineRule="auto"/>
        <w:jc w:val="center"/>
        <w:rPr>
          <w:sz w:val="24"/>
          <w:szCs w:val="24"/>
        </w:rPr>
      </w:pPr>
      <w:proofErr w:type="spellStart"/>
      <w:r w:rsidRPr="007224BF">
        <w:rPr>
          <w:b/>
          <w:sz w:val="24"/>
          <w:szCs w:val="24"/>
        </w:rPr>
        <w:t>介護保険主治医意見書</w:t>
      </w:r>
      <w:proofErr w:type="spellEnd"/>
      <w:r w:rsidRPr="007224BF">
        <w:rPr>
          <w:b/>
          <w:sz w:val="24"/>
          <w:szCs w:val="24"/>
        </w:rPr>
        <w:t xml:space="preserve">　</w:t>
      </w:r>
      <w:proofErr w:type="spellStart"/>
      <w:r w:rsidRPr="007224BF">
        <w:rPr>
          <w:b/>
          <w:sz w:val="24"/>
          <w:szCs w:val="24"/>
        </w:rPr>
        <w:t>事前確認票</w:t>
      </w:r>
      <w:proofErr w:type="spellEnd"/>
    </w:p>
    <w:p w14:paraId="729BA6A8" w14:textId="77777777" w:rsidR="00546853" w:rsidRPr="007224BF" w:rsidRDefault="00000000">
      <w:pPr>
        <w:spacing w:after="80" w:line="240" w:lineRule="auto"/>
        <w:jc w:val="center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主治医意見書作成の参考にします。ご本人・ご家族・ケアマネジャー等、日頃の状態が分かる方がご記入ください。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3855"/>
        <w:gridCol w:w="1361"/>
        <w:gridCol w:w="3855"/>
      </w:tblGrid>
      <w:tr w:rsidR="00546853" w:rsidRPr="007224BF" w14:paraId="5BFF7EDF" w14:textId="77777777">
        <w:trPr>
          <w:cantSplit/>
          <w:jc w:val="center"/>
        </w:trPr>
        <w:tc>
          <w:tcPr>
            <w:tcW w:w="136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556FD8" w14:textId="77777777" w:rsidR="00546853" w:rsidRPr="007224BF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7224BF">
              <w:rPr>
                <w:b/>
                <w:sz w:val="20"/>
                <w:szCs w:val="20"/>
              </w:rPr>
              <w:t>患者氏名</w:t>
            </w:r>
            <w:proofErr w:type="spellEnd"/>
          </w:p>
        </w:tc>
        <w:tc>
          <w:tcPr>
            <w:tcW w:w="38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B09233" w14:textId="77777777" w:rsidR="00546853" w:rsidRPr="007224BF" w:rsidRDefault="00546853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E59B78" w14:textId="77777777" w:rsidR="00546853" w:rsidRPr="007224BF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7224BF">
              <w:rPr>
                <w:b/>
                <w:sz w:val="20"/>
                <w:szCs w:val="20"/>
              </w:rPr>
              <w:t>記入日</w:t>
            </w:r>
            <w:proofErr w:type="spellEnd"/>
          </w:p>
        </w:tc>
        <w:tc>
          <w:tcPr>
            <w:tcW w:w="38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8A4ED8" w14:textId="77777777" w:rsidR="00546853" w:rsidRPr="007224BF" w:rsidRDefault="00000000">
            <w:pPr>
              <w:rPr>
                <w:sz w:val="20"/>
                <w:szCs w:val="20"/>
              </w:rPr>
            </w:pPr>
            <w:proofErr w:type="spellStart"/>
            <w:r w:rsidRPr="007224BF">
              <w:rPr>
                <w:sz w:val="20"/>
                <w:szCs w:val="20"/>
              </w:rPr>
              <w:t>令和</w:t>
            </w:r>
            <w:proofErr w:type="spellEnd"/>
            <w:r w:rsidRPr="007224BF">
              <w:rPr>
                <w:sz w:val="20"/>
                <w:szCs w:val="20"/>
              </w:rPr>
              <w:t xml:space="preserve">　　年　　月　　日</w:t>
            </w:r>
          </w:p>
        </w:tc>
      </w:tr>
      <w:tr w:rsidR="00546853" w:rsidRPr="007224BF" w14:paraId="2A234B4F" w14:textId="77777777">
        <w:trPr>
          <w:cantSplit/>
          <w:jc w:val="center"/>
        </w:trPr>
        <w:tc>
          <w:tcPr>
            <w:tcW w:w="136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B31902" w14:textId="77777777" w:rsidR="00546853" w:rsidRPr="007224BF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7224BF">
              <w:rPr>
                <w:b/>
                <w:sz w:val="20"/>
                <w:szCs w:val="20"/>
              </w:rPr>
              <w:t>記入者氏名</w:t>
            </w:r>
            <w:proofErr w:type="spellEnd"/>
          </w:p>
        </w:tc>
        <w:tc>
          <w:tcPr>
            <w:tcW w:w="38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8D3666D" w14:textId="77777777" w:rsidR="00546853" w:rsidRPr="007224BF" w:rsidRDefault="00546853">
            <w:pPr>
              <w:rPr>
                <w:sz w:val="20"/>
                <w:szCs w:val="20"/>
              </w:rPr>
            </w:pPr>
          </w:p>
        </w:tc>
        <w:tc>
          <w:tcPr>
            <w:tcW w:w="1361" w:type="dxa"/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0D3173" w14:textId="77777777" w:rsidR="00546853" w:rsidRPr="007224BF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 w:rsidRPr="007224BF">
              <w:rPr>
                <w:b/>
                <w:sz w:val="20"/>
                <w:szCs w:val="20"/>
              </w:rPr>
              <w:t>本人との関係</w:t>
            </w:r>
            <w:proofErr w:type="spellEnd"/>
          </w:p>
        </w:tc>
        <w:tc>
          <w:tcPr>
            <w:tcW w:w="385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2ED80E" w14:textId="77777777" w:rsidR="00546853" w:rsidRPr="007224BF" w:rsidRDefault="00546853">
            <w:pPr>
              <w:rPr>
                <w:sz w:val="20"/>
                <w:szCs w:val="20"/>
              </w:rPr>
            </w:pP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6"/>
      </w:tblGrid>
      <w:tr w:rsidR="00546853" w:rsidRPr="007224BF" w14:paraId="3154EC19" w14:textId="77777777">
        <w:trPr>
          <w:cantSplit/>
          <w:jc w:val="center"/>
        </w:trPr>
        <w:tc>
          <w:tcPr>
            <w:tcW w:w="10546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0CCE59" w14:textId="77777777" w:rsidR="00546853" w:rsidRPr="007224BF" w:rsidRDefault="00000000">
            <w:pPr>
              <w:spacing w:after="0"/>
              <w:rPr>
                <w:sz w:val="20"/>
                <w:szCs w:val="20"/>
                <w:lang w:eastAsia="ja-JP"/>
              </w:rPr>
            </w:pPr>
            <w:r w:rsidRPr="007224BF">
              <w:rPr>
                <w:b/>
                <w:sz w:val="20"/>
                <w:szCs w:val="20"/>
                <w:lang w:eastAsia="ja-JP"/>
              </w:rPr>
              <w:t>1．介護保険・受診状況</w:t>
            </w:r>
          </w:p>
        </w:tc>
      </w:tr>
    </w:tbl>
    <w:p w14:paraId="21F244AA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介護保険の認定を受けていますか？</w:t>
      </w:r>
    </w:p>
    <w:p w14:paraId="6640EF78" w14:textId="77777777" w:rsidR="00546853" w:rsidRPr="007224BF" w:rsidRDefault="00000000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いない（新規申請）  □ いる（更新申請・区分変更申請）</w:t>
      </w:r>
    </w:p>
    <w:p w14:paraId="642FB3E5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「いる」の場合、前回の介護度</w:t>
      </w:r>
    </w:p>
    <w:p w14:paraId="15154836" w14:textId="242B42E0" w:rsidR="00546853" w:rsidRPr="007224BF" w:rsidRDefault="00000000">
      <w:pPr>
        <w:spacing w:after="40" w:line="240" w:lineRule="auto"/>
        <w:ind w:left="170"/>
        <w:rPr>
          <w:sz w:val="18"/>
          <w:szCs w:val="18"/>
        </w:rPr>
      </w:pPr>
      <w:r w:rsidRPr="007224BF">
        <w:rPr>
          <w:sz w:val="18"/>
          <w:szCs w:val="18"/>
        </w:rPr>
        <w:t xml:space="preserve">□ 要支援1 </w:t>
      </w:r>
      <w:r w:rsidR="00067115" w:rsidRPr="007224BF">
        <w:rPr>
          <w:rFonts w:hint="eastAsia"/>
          <w:sz w:val="18"/>
          <w:szCs w:val="18"/>
          <w:lang w:eastAsia="ja-JP"/>
        </w:rPr>
        <w:t xml:space="preserve">　</w:t>
      </w:r>
      <w:r w:rsidRPr="007224BF">
        <w:rPr>
          <w:sz w:val="18"/>
          <w:szCs w:val="18"/>
        </w:rPr>
        <w:t xml:space="preserve"> □ 要支援2</w:t>
      </w:r>
      <w:r w:rsidR="00067115" w:rsidRPr="007224BF">
        <w:rPr>
          <w:rFonts w:hint="eastAsia"/>
          <w:sz w:val="18"/>
          <w:szCs w:val="18"/>
          <w:lang w:eastAsia="ja-JP"/>
        </w:rPr>
        <w:t xml:space="preserve">　</w:t>
      </w:r>
      <w:r w:rsidRPr="007224BF">
        <w:rPr>
          <w:sz w:val="18"/>
          <w:szCs w:val="18"/>
        </w:rPr>
        <w:t xml:space="preserve">  □ 要介護1</w:t>
      </w:r>
      <w:r w:rsidR="00067115" w:rsidRPr="007224BF">
        <w:rPr>
          <w:rFonts w:hint="eastAsia"/>
          <w:sz w:val="18"/>
          <w:szCs w:val="18"/>
          <w:lang w:eastAsia="ja-JP"/>
        </w:rPr>
        <w:t xml:space="preserve">　</w:t>
      </w:r>
      <w:r w:rsidRPr="007224BF">
        <w:rPr>
          <w:sz w:val="18"/>
          <w:szCs w:val="18"/>
        </w:rPr>
        <w:t xml:space="preserve">  □ 要介護2</w:t>
      </w:r>
      <w:r w:rsidR="00067115" w:rsidRPr="007224BF">
        <w:rPr>
          <w:rFonts w:hint="eastAsia"/>
          <w:sz w:val="18"/>
          <w:szCs w:val="18"/>
          <w:lang w:eastAsia="ja-JP"/>
        </w:rPr>
        <w:t xml:space="preserve">　</w:t>
      </w:r>
      <w:r w:rsidRPr="007224BF">
        <w:rPr>
          <w:sz w:val="18"/>
          <w:szCs w:val="18"/>
        </w:rPr>
        <w:t xml:space="preserve">  □ 要介護3</w:t>
      </w:r>
      <w:r w:rsidR="00067115" w:rsidRPr="007224BF">
        <w:rPr>
          <w:rFonts w:hint="eastAsia"/>
          <w:sz w:val="18"/>
          <w:szCs w:val="18"/>
          <w:lang w:eastAsia="ja-JP"/>
        </w:rPr>
        <w:t xml:space="preserve">　</w:t>
      </w:r>
      <w:r w:rsidRPr="007224BF">
        <w:rPr>
          <w:sz w:val="18"/>
          <w:szCs w:val="18"/>
        </w:rPr>
        <w:t xml:space="preserve">  □ 要介護4</w:t>
      </w:r>
      <w:r w:rsidR="00067115" w:rsidRPr="007224BF">
        <w:rPr>
          <w:rFonts w:hint="eastAsia"/>
          <w:sz w:val="18"/>
          <w:szCs w:val="18"/>
          <w:lang w:eastAsia="ja-JP"/>
        </w:rPr>
        <w:t xml:space="preserve">　</w:t>
      </w:r>
      <w:r w:rsidRPr="007224BF">
        <w:rPr>
          <w:sz w:val="18"/>
          <w:szCs w:val="18"/>
        </w:rPr>
        <w:t xml:space="preserve">  □ 要介護5</w:t>
      </w:r>
    </w:p>
    <w:p w14:paraId="6C80084C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介護保険の認定を受けようと思った理由（複数可）</w:t>
      </w:r>
    </w:p>
    <w:p w14:paraId="6D437D2D" w14:textId="77777777" w:rsidR="00067115" w:rsidRPr="007224BF" w:rsidRDefault="00000000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 xml:space="preserve">□ 身体が不自由になった  □ 認知症の症状がある  □ 膝・腰が悪くなった  □ 脳出血・脳梗塞等になった </w:t>
      </w:r>
    </w:p>
    <w:p w14:paraId="06CB2CCC" w14:textId="0CB8BD48" w:rsidR="00546853" w:rsidRPr="007224BF" w:rsidRDefault="00000000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 xml:space="preserve">□ 障がいの認定を受けている  □ がんになった  □ その他：　　　　　　　　　</w:t>
      </w:r>
    </w:p>
    <w:p w14:paraId="3B8231DA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他の先生（医師・医院）にかかっていますか？</w:t>
      </w:r>
    </w:p>
    <w:p w14:paraId="0CBF4453" w14:textId="77777777" w:rsidR="00546853" w:rsidRPr="007224BF" w:rsidRDefault="00000000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はい  □ いいえ</w:t>
      </w:r>
    </w:p>
    <w:p w14:paraId="20ACEC9C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「はい」の場合、診療科（複数可）</w:t>
      </w:r>
    </w:p>
    <w:p w14:paraId="76CB4F26" w14:textId="77777777" w:rsidR="00067115" w:rsidRPr="007224BF" w:rsidRDefault="00000000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 xml:space="preserve">□ 内科  □ 精神科  □ 外科  □ 整形外科  □ 脳神経外科  □ 皮膚科  □ 泌尿器科  □ 婦人科  □ 眼科  </w:t>
      </w:r>
    </w:p>
    <w:p w14:paraId="24FDE8F3" w14:textId="06AB0CD1" w:rsidR="00546853" w:rsidRPr="007224BF" w:rsidRDefault="00000000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耳鼻咽喉科</w:t>
      </w:r>
      <w:r w:rsidR="00067115" w:rsidRPr="007224BF">
        <w:rPr>
          <w:rFonts w:hint="eastAsia"/>
          <w:sz w:val="18"/>
          <w:szCs w:val="18"/>
          <w:lang w:eastAsia="ja-JP"/>
        </w:rPr>
        <w:t xml:space="preserve">　</w:t>
      </w:r>
      <w:r w:rsidRPr="007224BF">
        <w:rPr>
          <w:sz w:val="18"/>
          <w:szCs w:val="18"/>
          <w:lang w:eastAsia="ja-JP"/>
        </w:rPr>
        <w:t xml:space="preserve">□ リハビリテーション科  □ 歯科  □ その他：　　　　　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6"/>
      </w:tblGrid>
      <w:tr w:rsidR="00546853" w:rsidRPr="007224BF" w14:paraId="632DF284" w14:textId="77777777">
        <w:trPr>
          <w:cantSplit/>
          <w:jc w:val="center"/>
        </w:trPr>
        <w:tc>
          <w:tcPr>
            <w:tcW w:w="10546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DE88AC" w14:textId="77777777" w:rsidR="00546853" w:rsidRPr="007224BF" w:rsidRDefault="00000000">
            <w:pPr>
              <w:spacing w:after="0"/>
              <w:rPr>
                <w:sz w:val="20"/>
                <w:szCs w:val="20"/>
              </w:rPr>
            </w:pPr>
            <w:r w:rsidRPr="007224BF">
              <w:rPr>
                <w:b/>
                <w:sz w:val="20"/>
                <w:szCs w:val="20"/>
              </w:rPr>
              <w:t>2．身体の状態</w:t>
            </w:r>
          </w:p>
        </w:tc>
      </w:tr>
    </w:tbl>
    <w:p w14:paraId="74BDAF75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からだの不自由さについて、最も近いものを1つ選んでください。</w:t>
      </w:r>
    </w:p>
    <w:p w14:paraId="2C00FEDC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全くない。</w:t>
      </w:r>
    </w:p>
    <w:p w14:paraId="3D3E125E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多少不自由だが、バス・タクシー等を利用して一人で外出できる。</w:t>
      </w:r>
    </w:p>
    <w:p w14:paraId="11536ED4" w14:textId="7F8B439C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多少不自由だが、隣近所なら歩いて外出できる。</w:t>
      </w:r>
    </w:p>
    <w:p w14:paraId="48CF63DA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一人での外出は難しいが、家の中ではだいたい身のまわりのことはできる。</w:t>
      </w:r>
    </w:p>
    <w:p w14:paraId="57367BCF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介助してもらっても外出は少なく、家の中では横になっていることが多い。</w:t>
      </w:r>
    </w:p>
    <w:p w14:paraId="60389754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車いすが必要な生活だが、食事やトイレは人の手を借りずにできる。</w:t>
      </w:r>
    </w:p>
    <w:p w14:paraId="76125744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車いすへの乗り降りも一人では難しいが、座っていることはできる。</w:t>
      </w:r>
    </w:p>
    <w:p w14:paraId="38AABF2B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一日中ベッドで生活し、排泄・食事・着替えに介助が必要だが、寝返りはうてる。</w:t>
      </w:r>
    </w:p>
    <w:p w14:paraId="0974AB04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一日中ベッドで生活し、排泄・食事・着替えに介助が必要で、寝返りもうてない。</w:t>
      </w:r>
    </w:p>
    <w:p w14:paraId="5BD17C7D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きき腕</w:t>
      </w:r>
    </w:p>
    <w:p w14:paraId="0EA19E8E" w14:textId="77777777" w:rsidR="00546853" w:rsidRPr="007224BF" w:rsidRDefault="00000000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右  □ 左</w:t>
      </w:r>
    </w:p>
    <w:p w14:paraId="694C6A93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身長・体重</w:t>
      </w:r>
    </w:p>
    <w:p w14:paraId="33A18410" w14:textId="12DA9BDC" w:rsidR="00546853" w:rsidRPr="007224BF" w:rsidRDefault="00000000">
      <w:pPr>
        <w:spacing w:after="40" w:line="240" w:lineRule="auto"/>
        <w:rPr>
          <w:sz w:val="18"/>
          <w:szCs w:val="18"/>
        </w:rPr>
      </w:pPr>
      <w:r w:rsidRPr="007224BF">
        <w:rPr>
          <w:sz w:val="18"/>
          <w:szCs w:val="18"/>
        </w:rPr>
        <w:t>身長</w:t>
      </w:r>
      <w:r w:rsidR="00067115" w:rsidRPr="007224BF">
        <w:rPr>
          <w:rFonts w:hint="eastAsia"/>
          <w:sz w:val="18"/>
          <w:szCs w:val="18"/>
          <w:lang w:eastAsia="ja-JP"/>
        </w:rPr>
        <w:t>：</w:t>
      </w:r>
      <w:r w:rsidRPr="007224BF">
        <w:rPr>
          <w:sz w:val="18"/>
          <w:szCs w:val="18"/>
        </w:rPr>
        <w:t xml:space="preserve">　　　　　 cm　</w:t>
      </w:r>
      <w:r w:rsidR="00067115" w:rsidRPr="007224BF">
        <w:rPr>
          <w:rFonts w:hint="eastAsia"/>
          <w:sz w:val="18"/>
          <w:szCs w:val="18"/>
          <w:lang w:eastAsia="ja-JP"/>
        </w:rPr>
        <w:t xml:space="preserve">　</w:t>
      </w:r>
      <w:r w:rsidRPr="007224BF">
        <w:rPr>
          <w:sz w:val="18"/>
          <w:szCs w:val="18"/>
        </w:rPr>
        <w:t xml:space="preserve">　</w:t>
      </w:r>
      <w:proofErr w:type="spellStart"/>
      <w:r w:rsidRPr="007224BF">
        <w:rPr>
          <w:sz w:val="18"/>
          <w:szCs w:val="18"/>
        </w:rPr>
        <w:t>体重</w:t>
      </w:r>
      <w:proofErr w:type="spellEnd"/>
      <w:r w:rsidR="00067115" w:rsidRPr="007224BF">
        <w:rPr>
          <w:rFonts w:hint="eastAsia"/>
          <w:sz w:val="18"/>
          <w:szCs w:val="18"/>
          <w:lang w:eastAsia="ja-JP"/>
        </w:rPr>
        <w:t>：</w:t>
      </w:r>
      <w:r w:rsidRPr="007224BF">
        <w:rPr>
          <w:sz w:val="18"/>
          <w:szCs w:val="18"/>
        </w:rPr>
        <w:t xml:space="preserve">　　　　　 kg</w:t>
      </w:r>
    </w:p>
    <w:p w14:paraId="56541A8D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過去6か月の体重変化</w:t>
      </w:r>
    </w:p>
    <w:p w14:paraId="738B6AA9" w14:textId="77777777" w:rsidR="00546853" w:rsidRPr="007224BF" w:rsidRDefault="00000000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増加  □ 維持  □ 減少</w:t>
      </w:r>
    </w:p>
    <w:p w14:paraId="4687D49F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日常生活に支障をきたす程度の関節痛（複数可）</w:t>
      </w:r>
    </w:p>
    <w:p w14:paraId="63F4C215" w14:textId="5C65F81B" w:rsidR="00546853" w:rsidRPr="007224BF" w:rsidRDefault="00000000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 xml:space="preserve">□ 肩  □ 股  □ 肘  □ 膝  □ その他：　　　　　  </w:t>
      </w:r>
      <w:r w:rsidR="00067115" w:rsidRPr="007224BF">
        <w:rPr>
          <w:rFonts w:hint="eastAsia"/>
          <w:sz w:val="18"/>
          <w:szCs w:val="18"/>
          <w:lang w:eastAsia="ja-JP"/>
        </w:rPr>
        <w:t xml:space="preserve">　　　　</w:t>
      </w:r>
      <w:r w:rsidRPr="007224BF">
        <w:rPr>
          <w:sz w:val="18"/>
          <w:szCs w:val="18"/>
          <w:lang w:eastAsia="ja-JP"/>
        </w:rPr>
        <w:t>□ なし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6"/>
      </w:tblGrid>
      <w:tr w:rsidR="00546853" w:rsidRPr="007224BF" w14:paraId="407BB0BC" w14:textId="77777777">
        <w:trPr>
          <w:cantSplit/>
          <w:jc w:val="center"/>
        </w:trPr>
        <w:tc>
          <w:tcPr>
            <w:tcW w:w="10546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C6962A" w14:textId="77777777" w:rsidR="00546853" w:rsidRPr="007224BF" w:rsidRDefault="00000000">
            <w:pPr>
              <w:spacing w:after="0"/>
              <w:rPr>
                <w:sz w:val="20"/>
                <w:szCs w:val="20"/>
                <w:lang w:eastAsia="ja-JP"/>
              </w:rPr>
            </w:pPr>
            <w:r w:rsidRPr="007224BF">
              <w:rPr>
                <w:b/>
                <w:sz w:val="20"/>
                <w:szCs w:val="20"/>
                <w:lang w:eastAsia="ja-JP"/>
              </w:rPr>
              <w:lastRenderedPageBreak/>
              <w:t>3．認知機能・意思疎通</w:t>
            </w:r>
          </w:p>
        </w:tc>
      </w:tr>
    </w:tbl>
    <w:p w14:paraId="6437F037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認知症の進み具合について、最も近いものを1つ選んでください。</w:t>
      </w:r>
    </w:p>
    <w:p w14:paraId="5107589A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認知症はない。</w:t>
      </w:r>
    </w:p>
    <w:p w14:paraId="21DEF7FE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物忘れなど少し精神面のおとろえはあるが、一応一人でも生活できる。</w:t>
      </w:r>
    </w:p>
    <w:p w14:paraId="01DCA245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家の外で、ときどき道に迷ったり、買い物でおつりを間違えたりする。</w:t>
      </w:r>
    </w:p>
    <w:p w14:paraId="0849E020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家の中でも薬を飲み忘れたり、電話や来客への対応ができない。</w:t>
      </w:r>
    </w:p>
    <w:p w14:paraId="1527E1CE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日中、トイレで不始末をしたり、理由もなく外へ出歩いたりすることがある。</w:t>
      </w:r>
    </w:p>
    <w:p w14:paraId="360E4C75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夜間、トイレで不始末をしたり外へ出歩いたりして、家族が起こされる。</w:t>
      </w:r>
    </w:p>
    <w:p w14:paraId="5D97EAAC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昼も夜も目が離せず、家族がおちついて眠ることもできない。</w:t>
      </w:r>
    </w:p>
    <w:p w14:paraId="2812B9A1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被害妄想、暴力、落ち込みなどがひどく、家族の手におえない。</w:t>
      </w:r>
    </w:p>
    <w:p w14:paraId="7168139A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物忘れはありますか？</w:t>
      </w:r>
    </w:p>
    <w:p w14:paraId="40C4EB0A" w14:textId="77777777" w:rsidR="00546853" w:rsidRPr="007224BF" w:rsidRDefault="00000000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はい  □ いいえ</w:t>
      </w:r>
    </w:p>
    <w:p w14:paraId="5D79AE48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日常生活で物事を自分で決める（判断する）ことができますか？</w:t>
      </w:r>
    </w:p>
    <w:p w14:paraId="201FDD38" w14:textId="77777777" w:rsidR="00546853" w:rsidRPr="007224BF" w:rsidRDefault="00000000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できる  □ だいたいできる  □ あまりできない  □ まったくできない</w:t>
      </w:r>
    </w:p>
    <w:p w14:paraId="017677C0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自分のしてほしいこと／ほしくないことを伝えられますか？</w:t>
      </w:r>
    </w:p>
    <w:p w14:paraId="38DCC263" w14:textId="77777777" w:rsidR="00546853" w:rsidRPr="007224BF" w:rsidRDefault="00000000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伝わる  □ だいたい伝わる  □ あまり伝わらない  □ まったく伝わらない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6"/>
      </w:tblGrid>
      <w:tr w:rsidR="00546853" w:rsidRPr="007224BF" w14:paraId="14271346" w14:textId="77777777">
        <w:trPr>
          <w:cantSplit/>
          <w:jc w:val="center"/>
        </w:trPr>
        <w:tc>
          <w:tcPr>
            <w:tcW w:w="10546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6F1936" w14:textId="77777777" w:rsidR="00546853" w:rsidRPr="007224BF" w:rsidRDefault="00000000">
            <w:pPr>
              <w:spacing w:after="0"/>
              <w:rPr>
                <w:sz w:val="20"/>
                <w:szCs w:val="20"/>
                <w:lang w:eastAsia="ja-JP"/>
              </w:rPr>
            </w:pPr>
            <w:r w:rsidRPr="007224BF">
              <w:rPr>
                <w:b/>
                <w:sz w:val="20"/>
                <w:szCs w:val="20"/>
                <w:lang w:eastAsia="ja-JP"/>
              </w:rPr>
              <w:t>4．認知症に伴う症状・行動</w:t>
            </w:r>
          </w:p>
        </w:tc>
      </w:tr>
    </w:tbl>
    <w:p w14:paraId="3A1B1236" w14:textId="77777777" w:rsidR="00546853" w:rsidRPr="007224BF" w:rsidRDefault="00000000">
      <w:pPr>
        <w:spacing w:after="4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該当する頻度にチェックしてください。</w:t>
      </w:r>
    </w:p>
    <w:tbl>
      <w:tblPr>
        <w:tblStyle w:val="af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30"/>
        <w:gridCol w:w="1134"/>
        <w:gridCol w:w="1134"/>
        <w:gridCol w:w="1134"/>
      </w:tblGrid>
      <w:tr w:rsidR="00546853" w:rsidRPr="007224BF" w14:paraId="375399E6" w14:textId="77777777">
        <w:trPr>
          <w:cantSplit/>
          <w:tblHeader/>
          <w:jc w:val="center"/>
        </w:trPr>
        <w:tc>
          <w:tcPr>
            <w:tcW w:w="7030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B967AC8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proofErr w:type="spellStart"/>
            <w:r w:rsidRPr="007224BF">
              <w:rPr>
                <w:b/>
                <w:sz w:val="18"/>
                <w:szCs w:val="18"/>
              </w:rPr>
              <w:t>質問</w:t>
            </w:r>
            <w:proofErr w:type="spellEnd"/>
          </w:p>
        </w:tc>
        <w:tc>
          <w:tcPr>
            <w:tcW w:w="113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16F12A58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proofErr w:type="spellStart"/>
            <w:r w:rsidRPr="007224BF">
              <w:rPr>
                <w:b/>
                <w:sz w:val="18"/>
                <w:szCs w:val="18"/>
              </w:rPr>
              <w:t>ある</w:t>
            </w:r>
            <w:proofErr w:type="spellEnd"/>
          </w:p>
        </w:tc>
        <w:tc>
          <w:tcPr>
            <w:tcW w:w="113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CF223B9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proofErr w:type="spellStart"/>
            <w:r w:rsidRPr="007224BF">
              <w:rPr>
                <w:b/>
                <w:sz w:val="18"/>
                <w:szCs w:val="18"/>
              </w:rPr>
              <w:t>時々ある</w:t>
            </w:r>
            <w:proofErr w:type="spellEnd"/>
          </w:p>
        </w:tc>
        <w:tc>
          <w:tcPr>
            <w:tcW w:w="1134" w:type="dxa"/>
            <w:shd w:val="clear" w:color="auto" w:fill="EAF2F8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30513B10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proofErr w:type="spellStart"/>
            <w:r w:rsidRPr="007224BF">
              <w:rPr>
                <w:b/>
                <w:sz w:val="18"/>
                <w:szCs w:val="18"/>
              </w:rPr>
              <w:t>ない</w:t>
            </w:r>
            <w:proofErr w:type="spellEnd"/>
          </w:p>
        </w:tc>
      </w:tr>
      <w:tr w:rsidR="00546853" w:rsidRPr="007224BF" w14:paraId="4FF2E487" w14:textId="77777777">
        <w:trPr>
          <w:cantSplit/>
          <w:jc w:val="center"/>
        </w:trPr>
        <w:tc>
          <w:tcPr>
            <w:tcW w:w="703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D43D22A" w14:textId="7A2AE95B" w:rsidR="00546853" w:rsidRPr="007224BF" w:rsidRDefault="00000000">
            <w:pPr>
              <w:rPr>
                <w:sz w:val="18"/>
                <w:szCs w:val="18"/>
                <w:lang w:eastAsia="ja-JP"/>
              </w:rPr>
            </w:pPr>
            <w:r w:rsidRPr="007224BF">
              <w:rPr>
                <w:sz w:val="18"/>
                <w:szCs w:val="18"/>
                <w:lang w:eastAsia="ja-JP"/>
              </w:rPr>
              <w:t>実際にはいない人・虫・動物などが見えると言う。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DE26548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15454B3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B420CD4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</w:tr>
      <w:tr w:rsidR="00546853" w:rsidRPr="007224BF" w14:paraId="5E221EAB" w14:textId="77777777">
        <w:trPr>
          <w:cantSplit/>
          <w:jc w:val="center"/>
        </w:trPr>
        <w:tc>
          <w:tcPr>
            <w:tcW w:w="703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435E746" w14:textId="5B473F7E" w:rsidR="00546853" w:rsidRPr="007224BF" w:rsidRDefault="00000000">
            <w:pPr>
              <w:rPr>
                <w:sz w:val="18"/>
                <w:szCs w:val="18"/>
                <w:lang w:eastAsia="ja-JP"/>
              </w:rPr>
            </w:pPr>
            <w:r w:rsidRPr="007224BF">
              <w:rPr>
                <w:sz w:val="18"/>
                <w:szCs w:val="18"/>
                <w:lang w:eastAsia="ja-JP"/>
              </w:rPr>
              <w:t>金品を盗まれたなど、実際にはないことを言う。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2F62A85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8C9EBBD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56566B6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</w:tr>
      <w:tr w:rsidR="00546853" w:rsidRPr="007224BF" w14:paraId="5CC91BE8" w14:textId="77777777">
        <w:trPr>
          <w:cantSplit/>
          <w:jc w:val="center"/>
        </w:trPr>
        <w:tc>
          <w:tcPr>
            <w:tcW w:w="703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DFF7C0F" w14:textId="575BB34B" w:rsidR="00546853" w:rsidRPr="007224BF" w:rsidRDefault="00000000">
            <w:pPr>
              <w:rPr>
                <w:sz w:val="18"/>
                <w:szCs w:val="18"/>
                <w:lang w:eastAsia="ja-JP"/>
              </w:rPr>
            </w:pPr>
            <w:r w:rsidRPr="007224BF">
              <w:rPr>
                <w:sz w:val="18"/>
                <w:szCs w:val="18"/>
                <w:lang w:eastAsia="ja-JP"/>
              </w:rPr>
              <w:t>昼間寝て、夜騒ぐ。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D47218B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CDEA006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3ADC772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</w:tr>
      <w:tr w:rsidR="00546853" w:rsidRPr="007224BF" w14:paraId="19D4C613" w14:textId="77777777">
        <w:trPr>
          <w:cantSplit/>
          <w:jc w:val="center"/>
        </w:trPr>
        <w:tc>
          <w:tcPr>
            <w:tcW w:w="703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A4075AA" w14:textId="73FA1B03" w:rsidR="00546853" w:rsidRPr="007224BF" w:rsidRDefault="00000000">
            <w:pPr>
              <w:rPr>
                <w:sz w:val="18"/>
                <w:szCs w:val="18"/>
                <w:lang w:eastAsia="ja-JP"/>
              </w:rPr>
            </w:pPr>
            <w:r w:rsidRPr="007224BF">
              <w:rPr>
                <w:sz w:val="18"/>
                <w:szCs w:val="18"/>
                <w:lang w:eastAsia="ja-JP"/>
              </w:rPr>
              <w:t>介護する人などに暴言をはく。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5EEC132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37644C0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B384C52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</w:tr>
      <w:tr w:rsidR="00546853" w:rsidRPr="007224BF" w14:paraId="76D41302" w14:textId="77777777">
        <w:trPr>
          <w:cantSplit/>
          <w:jc w:val="center"/>
        </w:trPr>
        <w:tc>
          <w:tcPr>
            <w:tcW w:w="703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2BF8A0B" w14:textId="5CEB28F7" w:rsidR="00546853" w:rsidRPr="007224BF" w:rsidRDefault="00000000">
            <w:pPr>
              <w:rPr>
                <w:sz w:val="18"/>
                <w:szCs w:val="18"/>
                <w:lang w:eastAsia="ja-JP"/>
              </w:rPr>
            </w:pPr>
            <w:r w:rsidRPr="007224BF">
              <w:rPr>
                <w:sz w:val="18"/>
                <w:szCs w:val="18"/>
                <w:lang w:eastAsia="ja-JP"/>
              </w:rPr>
              <w:t>介護する人などに暴行を加える。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91F71E1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660B32F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6C6E1DF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</w:tr>
      <w:tr w:rsidR="00546853" w:rsidRPr="007224BF" w14:paraId="73F5AD6B" w14:textId="77777777">
        <w:trPr>
          <w:cantSplit/>
          <w:jc w:val="center"/>
        </w:trPr>
        <w:tc>
          <w:tcPr>
            <w:tcW w:w="703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0EA1C40" w14:textId="448F74B4" w:rsidR="00546853" w:rsidRPr="007224BF" w:rsidRDefault="00000000">
            <w:pPr>
              <w:rPr>
                <w:sz w:val="18"/>
                <w:szCs w:val="18"/>
                <w:lang w:eastAsia="ja-JP"/>
              </w:rPr>
            </w:pPr>
            <w:r w:rsidRPr="007224BF">
              <w:rPr>
                <w:sz w:val="18"/>
                <w:szCs w:val="18"/>
                <w:lang w:eastAsia="ja-JP"/>
              </w:rPr>
              <w:t>介護への抵抗がある。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04AAC12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7BB83329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48F9937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</w:tr>
      <w:tr w:rsidR="00546853" w:rsidRPr="007224BF" w14:paraId="353DE327" w14:textId="77777777">
        <w:trPr>
          <w:cantSplit/>
          <w:jc w:val="center"/>
        </w:trPr>
        <w:tc>
          <w:tcPr>
            <w:tcW w:w="703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30AC4ED" w14:textId="4E7D0996" w:rsidR="00546853" w:rsidRPr="007224BF" w:rsidRDefault="00000000">
            <w:pPr>
              <w:rPr>
                <w:sz w:val="18"/>
                <w:szCs w:val="18"/>
                <w:lang w:eastAsia="ja-JP"/>
              </w:rPr>
            </w:pPr>
            <w:r w:rsidRPr="007224BF">
              <w:rPr>
                <w:sz w:val="18"/>
                <w:szCs w:val="18"/>
                <w:lang w:eastAsia="ja-JP"/>
              </w:rPr>
              <w:t>目的もなく出歩き、迷子になる。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F319708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C7BED10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94272E0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</w:tr>
      <w:tr w:rsidR="00546853" w:rsidRPr="007224BF" w14:paraId="0CDD5986" w14:textId="77777777">
        <w:trPr>
          <w:cantSplit/>
          <w:jc w:val="center"/>
        </w:trPr>
        <w:tc>
          <w:tcPr>
            <w:tcW w:w="703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240189A" w14:textId="2DE5A46C" w:rsidR="00546853" w:rsidRPr="007224BF" w:rsidRDefault="00000000">
            <w:pPr>
              <w:rPr>
                <w:sz w:val="18"/>
                <w:szCs w:val="18"/>
                <w:lang w:eastAsia="ja-JP"/>
              </w:rPr>
            </w:pPr>
            <w:r w:rsidRPr="007224BF">
              <w:rPr>
                <w:sz w:val="18"/>
                <w:szCs w:val="18"/>
                <w:lang w:eastAsia="ja-JP"/>
              </w:rPr>
              <w:t>ガスの消し忘れなど、火の不始末がある。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FFC7FB9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64BCA363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3D4FC3C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</w:tr>
      <w:tr w:rsidR="00546853" w:rsidRPr="007224BF" w14:paraId="49599E8A" w14:textId="77777777">
        <w:trPr>
          <w:cantSplit/>
          <w:jc w:val="center"/>
        </w:trPr>
        <w:tc>
          <w:tcPr>
            <w:tcW w:w="703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2C02759" w14:textId="5DE19069" w:rsidR="00546853" w:rsidRPr="007224BF" w:rsidRDefault="00000000">
            <w:pPr>
              <w:rPr>
                <w:sz w:val="18"/>
                <w:szCs w:val="18"/>
                <w:lang w:eastAsia="ja-JP"/>
              </w:rPr>
            </w:pPr>
            <w:r w:rsidRPr="007224BF">
              <w:rPr>
                <w:sz w:val="18"/>
                <w:szCs w:val="18"/>
                <w:lang w:eastAsia="ja-JP"/>
              </w:rPr>
              <w:t>便をこねる、下着を何日も替えないなど不潔な行動がある。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0B2479D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2723A6A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337A8F5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</w:tr>
      <w:tr w:rsidR="00546853" w:rsidRPr="007224BF" w14:paraId="4AB8F1DD" w14:textId="77777777">
        <w:trPr>
          <w:cantSplit/>
          <w:jc w:val="center"/>
        </w:trPr>
        <w:tc>
          <w:tcPr>
            <w:tcW w:w="703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0E23DE51" w14:textId="316DE96E" w:rsidR="00546853" w:rsidRPr="007224BF" w:rsidRDefault="00000000">
            <w:pPr>
              <w:rPr>
                <w:sz w:val="18"/>
                <w:szCs w:val="18"/>
                <w:lang w:eastAsia="ja-JP"/>
              </w:rPr>
            </w:pPr>
            <w:r w:rsidRPr="007224BF">
              <w:rPr>
                <w:sz w:val="18"/>
                <w:szCs w:val="18"/>
                <w:lang w:eastAsia="ja-JP"/>
              </w:rPr>
              <w:t>紙や消しゴムなど、通常食べられないものを食べる。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11147629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905C73A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4DB8EF16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</w:tr>
      <w:tr w:rsidR="00546853" w:rsidRPr="007224BF" w14:paraId="49F66FE6" w14:textId="77777777">
        <w:trPr>
          <w:cantSplit/>
          <w:jc w:val="center"/>
        </w:trPr>
        <w:tc>
          <w:tcPr>
            <w:tcW w:w="7030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34238114" w14:textId="1DA7FE02" w:rsidR="00546853" w:rsidRPr="007224BF" w:rsidRDefault="00067115">
            <w:pPr>
              <w:rPr>
                <w:sz w:val="18"/>
                <w:szCs w:val="18"/>
                <w:lang w:eastAsia="ja-JP"/>
              </w:rPr>
            </w:pPr>
            <w:r w:rsidRPr="007224BF">
              <w:rPr>
                <w:rFonts w:hint="eastAsia"/>
                <w:sz w:val="18"/>
                <w:szCs w:val="18"/>
                <w:lang w:eastAsia="ja-JP"/>
              </w:rPr>
              <w:t xml:space="preserve">性的問題行動　　</w:t>
            </w:r>
            <w:r w:rsidR="00000000" w:rsidRPr="007224BF">
              <w:rPr>
                <w:sz w:val="18"/>
                <w:szCs w:val="18"/>
                <w:lang w:eastAsia="ja-JP"/>
              </w:rPr>
              <w:t>性的な問題行動がある。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511BB548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F065CE8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  <w:tc>
          <w:tcPr>
            <w:tcW w:w="1134" w:type="dxa"/>
            <w:tcMar>
              <w:top w:w="40" w:type="dxa"/>
              <w:left w:w="55" w:type="dxa"/>
              <w:bottom w:w="40" w:type="dxa"/>
              <w:right w:w="55" w:type="dxa"/>
            </w:tcMar>
            <w:vAlign w:val="center"/>
          </w:tcPr>
          <w:p w14:paraId="2226EA47" w14:textId="77777777" w:rsidR="00546853" w:rsidRPr="007224BF" w:rsidRDefault="00000000">
            <w:pPr>
              <w:jc w:val="center"/>
              <w:rPr>
                <w:sz w:val="18"/>
                <w:szCs w:val="18"/>
              </w:rPr>
            </w:pPr>
            <w:r w:rsidRPr="007224BF">
              <w:rPr>
                <w:sz w:val="18"/>
                <w:szCs w:val="18"/>
              </w:rPr>
              <w:t>□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6"/>
      </w:tblGrid>
      <w:tr w:rsidR="00546853" w:rsidRPr="007224BF" w14:paraId="52B48007" w14:textId="77777777">
        <w:trPr>
          <w:cantSplit/>
          <w:jc w:val="center"/>
        </w:trPr>
        <w:tc>
          <w:tcPr>
            <w:tcW w:w="10546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2F96AF" w14:textId="77777777" w:rsidR="00546853" w:rsidRPr="007224BF" w:rsidRDefault="00000000">
            <w:pPr>
              <w:spacing w:after="0"/>
              <w:rPr>
                <w:sz w:val="20"/>
                <w:szCs w:val="20"/>
              </w:rPr>
            </w:pPr>
            <w:r w:rsidRPr="007224BF">
              <w:rPr>
                <w:b/>
                <w:sz w:val="20"/>
                <w:szCs w:val="20"/>
              </w:rPr>
              <w:t>5．移動・福祉用具</w:t>
            </w:r>
          </w:p>
        </w:tc>
      </w:tr>
    </w:tbl>
    <w:p w14:paraId="71A07F2E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屋外歩行について、最も近いものを1つ選んでください。</w:t>
      </w:r>
    </w:p>
    <w:p w14:paraId="353C0478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自分だけで屋外を歩いている（歩行補助具・装具・義足の使用を含む）。</w:t>
      </w:r>
    </w:p>
    <w:p w14:paraId="5A8433B4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介護する人と一緒に屋外を歩いている（直接介助・見守りを含む）。</w:t>
      </w:r>
    </w:p>
    <w:p w14:paraId="1CC05E81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屋外歩行をしていない（車いすでの屋外移動、訓練時のみの歩行を含む）。</w:t>
      </w:r>
    </w:p>
    <w:p w14:paraId="1AF633BD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lastRenderedPageBreak/>
        <w:t>車いすの使用について、最も近いものを1つ選んでください。</w:t>
      </w:r>
    </w:p>
    <w:p w14:paraId="722B87F7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まったく用いていない。</w:t>
      </w:r>
    </w:p>
    <w:p w14:paraId="0B0BF250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用いることがあり、主に自分で操作している。</w:t>
      </w:r>
    </w:p>
    <w:p w14:paraId="645BA9F9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用いることがあり、主に他人が操作している（見守りを含む）。</w:t>
      </w:r>
    </w:p>
    <w:p w14:paraId="2B94972A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歩行補助具（杖・シルバーカー等）・装具の使用について、最も近いものを1つ選んでください。</w:t>
      </w:r>
    </w:p>
    <w:p w14:paraId="7E77FAB3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日常生活ではまったく用いていない（訓練時のみを含む）。</w:t>
      </w:r>
    </w:p>
    <w:p w14:paraId="5BD99A10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日ごろ、屋外歩行のときに使用している。</w:t>
      </w:r>
    </w:p>
    <w:p w14:paraId="45F84D86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日ごろ、家の中で使用している。</w:t>
      </w:r>
    </w:p>
    <w:p w14:paraId="61C2F53B" w14:textId="77777777" w:rsidR="00546853" w:rsidRPr="007224BF" w:rsidRDefault="00000000">
      <w:pPr>
        <w:spacing w:after="1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日ごろ、屋外と家の中の両方で使用している。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6"/>
      </w:tblGrid>
      <w:tr w:rsidR="00546853" w:rsidRPr="007224BF" w14:paraId="265A374B" w14:textId="77777777">
        <w:trPr>
          <w:cantSplit/>
          <w:jc w:val="center"/>
        </w:trPr>
        <w:tc>
          <w:tcPr>
            <w:tcW w:w="10546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46B353" w14:textId="77777777" w:rsidR="00546853" w:rsidRPr="007224BF" w:rsidRDefault="00000000">
            <w:pPr>
              <w:spacing w:after="0"/>
              <w:rPr>
                <w:sz w:val="20"/>
                <w:szCs w:val="20"/>
              </w:rPr>
            </w:pPr>
            <w:r w:rsidRPr="007224BF">
              <w:rPr>
                <w:b/>
                <w:sz w:val="20"/>
                <w:szCs w:val="20"/>
              </w:rPr>
              <w:t>6．栄養・食生活</w:t>
            </w:r>
          </w:p>
        </w:tc>
      </w:tr>
    </w:tbl>
    <w:p w14:paraId="6E07FE4D" w14:textId="77777777" w:rsidR="00546853" w:rsidRPr="007224BF" w:rsidRDefault="00000000">
      <w:pPr>
        <w:keepNext/>
        <w:spacing w:before="60" w:after="20"/>
        <w:rPr>
          <w:sz w:val="18"/>
          <w:szCs w:val="18"/>
        </w:rPr>
      </w:pPr>
      <w:proofErr w:type="spellStart"/>
      <w:r w:rsidRPr="007224BF">
        <w:rPr>
          <w:b/>
          <w:sz w:val="18"/>
          <w:szCs w:val="18"/>
        </w:rPr>
        <w:t>食事行為について</w:t>
      </w:r>
      <w:proofErr w:type="spellEnd"/>
    </w:p>
    <w:p w14:paraId="43B3C9CE" w14:textId="77777777" w:rsidR="00546853" w:rsidRPr="007224BF" w:rsidRDefault="00000000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自分ひとりで食べられる／見守り・励ましがあれば食べられる  □ 他の者の全面的な介助が必要</w:t>
      </w:r>
    </w:p>
    <w:p w14:paraId="6351CB29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現在の栄養状態</w:t>
      </w:r>
    </w:p>
    <w:p w14:paraId="53EBD03D" w14:textId="77777777" w:rsidR="00546853" w:rsidRPr="007224BF" w:rsidRDefault="00000000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良い  □ 良くない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6"/>
      </w:tblGrid>
      <w:tr w:rsidR="00546853" w:rsidRPr="007224BF" w14:paraId="66347C7A" w14:textId="77777777">
        <w:trPr>
          <w:cantSplit/>
          <w:jc w:val="center"/>
        </w:trPr>
        <w:tc>
          <w:tcPr>
            <w:tcW w:w="10546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A0A707" w14:textId="77777777" w:rsidR="00546853" w:rsidRPr="007224BF" w:rsidRDefault="00000000">
            <w:pPr>
              <w:spacing w:after="0"/>
              <w:rPr>
                <w:sz w:val="20"/>
                <w:szCs w:val="20"/>
                <w:lang w:eastAsia="ja-JP"/>
              </w:rPr>
            </w:pPr>
            <w:r w:rsidRPr="007224BF">
              <w:rPr>
                <w:b/>
                <w:sz w:val="20"/>
                <w:szCs w:val="20"/>
                <w:lang w:eastAsia="ja-JP"/>
              </w:rPr>
              <w:t>7．利用中・希望するサービス</w:t>
            </w:r>
          </w:p>
        </w:tc>
      </w:tr>
    </w:tbl>
    <w:p w14:paraId="0698325C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現在利用している医療系サービス（複数可）</w:t>
      </w:r>
    </w:p>
    <w:p w14:paraId="17D0A554" w14:textId="77777777" w:rsidR="00546853" w:rsidRPr="007224BF" w:rsidRDefault="00000000">
      <w:pPr>
        <w:spacing w:after="8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医師が家庭訪問して診察している。</w:t>
      </w:r>
    </w:p>
    <w:p w14:paraId="3A6339F1" w14:textId="77777777" w:rsidR="00546853" w:rsidRPr="007224BF" w:rsidRDefault="00000000">
      <w:pPr>
        <w:spacing w:after="8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看護師が自宅を訪問している。</w:t>
      </w:r>
    </w:p>
    <w:p w14:paraId="0BB2B5C2" w14:textId="77777777" w:rsidR="00546853" w:rsidRPr="007224BF" w:rsidRDefault="00000000">
      <w:pPr>
        <w:spacing w:after="8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リハビリの専門家が自宅を訪問している。</w:t>
      </w:r>
    </w:p>
    <w:p w14:paraId="61F399D5" w14:textId="77777777" w:rsidR="00546853" w:rsidRPr="007224BF" w:rsidRDefault="00000000">
      <w:pPr>
        <w:spacing w:after="8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通所リハビリテーション（デイケア）を利用している。</w:t>
      </w:r>
    </w:p>
    <w:p w14:paraId="59616FB9" w14:textId="77777777" w:rsidR="00546853" w:rsidRPr="007224BF" w:rsidRDefault="00000000">
      <w:pPr>
        <w:spacing w:after="8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介護療養型医療施設・介護老人保健施設等に短期入所している。</w:t>
      </w:r>
    </w:p>
    <w:p w14:paraId="0A07E2E7" w14:textId="77777777" w:rsidR="00546853" w:rsidRPr="007224BF" w:rsidRDefault="00000000">
      <w:pPr>
        <w:spacing w:after="8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歯科医師が家庭訪問して診察している。</w:t>
      </w:r>
    </w:p>
    <w:p w14:paraId="6B987176" w14:textId="77777777" w:rsidR="00546853" w:rsidRPr="007224BF" w:rsidRDefault="00000000">
      <w:pPr>
        <w:spacing w:after="8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歯科衛生士が家庭訪問して口腔衛生指導をしている。</w:t>
      </w:r>
    </w:p>
    <w:p w14:paraId="5245A8E3" w14:textId="77777777" w:rsidR="00546853" w:rsidRPr="007224BF" w:rsidRDefault="00000000">
      <w:pPr>
        <w:spacing w:after="8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薬剤師が家庭訪問して服薬指導をしている。</w:t>
      </w:r>
    </w:p>
    <w:p w14:paraId="556CF164" w14:textId="77777777" w:rsidR="00546853" w:rsidRPr="007224BF" w:rsidRDefault="00000000">
      <w:pPr>
        <w:spacing w:after="8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栄養士が家庭訪問して食事指導をしている。</w:t>
      </w:r>
    </w:p>
    <w:p w14:paraId="4F757CDE" w14:textId="77777777" w:rsidR="00546853" w:rsidRPr="007224BF" w:rsidRDefault="00000000">
      <w:pPr>
        <w:spacing w:after="8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 xml:space="preserve">□ その他：　　　　　　　　　　　　　　　　　　　　　　　　　</w:t>
      </w:r>
    </w:p>
    <w:p w14:paraId="69442DEF" w14:textId="77777777" w:rsidR="00546853" w:rsidRPr="007224BF" w:rsidRDefault="00000000">
      <w:pPr>
        <w:keepNext/>
        <w:spacing w:before="60" w:after="20"/>
        <w:rPr>
          <w:sz w:val="18"/>
          <w:szCs w:val="18"/>
          <w:lang w:eastAsia="ja-JP"/>
        </w:rPr>
      </w:pPr>
      <w:r w:rsidRPr="007224BF">
        <w:rPr>
          <w:b/>
          <w:sz w:val="18"/>
          <w:szCs w:val="18"/>
          <w:lang w:eastAsia="ja-JP"/>
        </w:rPr>
        <w:t>今後、希望するサービス（複数可）</w:t>
      </w:r>
    </w:p>
    <w:p w14:paraId="30A1B7B8" w14:textId="77777777" w:rsidR="00067115" w:rsidRPr="007224BF" w:rsidRDefault="00000000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手すりをつけたい  □ 車いす・ベッドを借りたい  □ 食事・風呂・掃除・買い物の手伝い  □ リハビリ</w:t>
      </w:r>
    </w:p>
    <w:p w14:paraId="44A238FD" w14:textId="63680B1D" w:rsidR="00546853" w:rsidRPr="007224BF" w:rsidRDefault="00000000" w:rsidP="00067115">
      <w:pPr>
        <w:spacing w:after="40" w:line="240" w:lineRule="auto"/>
        <w:ind w:left="170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□ デイサービス  □ その他</w:t>
      </w:r>
      <w:r w:rsidR="00067115" w:rsidRPr="007224BF">
        <w:rPr>
          <w:rFonts w:hint="eastAsia"/>
          <w:sz w:val="18"/>
          <w:szCs w:val="18"/>
          <w:lang w:eastAsia="ja-JP"/>
        </w:rPr>
        <w:t xml:space="preserve">　</w:t>
      </w:r>
      <w:r w:rsidRPr="007224BF">
        <w:rPr>
          <w:sz w:val="18"/>
          <w:szCs w:val="18"/>
          <w:lang w:eastAsia="ja-JP"/>
        </w:rPr>
        <w:t xml:space="preserve">具体的内容：　　　　　　　　　　　　　　　　　　　　　　　　　　　　　　　　　　　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546"/>
      </w:tblGrid>
      <w:tr w:rsidR="00546853" w:rsidRPr="007224BF" w14:paraId="751CDC97" w14:textId="77777777">
        <w:trPr>
          <w:cantSplit/>
          <w:jc w:val="center"/>
        </w:trPr>
        <w:tc>
          <w:tcPr>
            <w:tcW w:w="10546" w:type="dxa"/>
            <w:shd w:val="clear" w:color="auto" w:fill="D9EA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712172" w14:textId="77777777" w:rsidR="00546853" w:rsidRPr="007224BF" w:rsidRDefault="00000000">
            <w:pPr>
              <w:spacing w:after="0"/>
              <w:rPr>
                <w:sz w:val="20"/>
                <w:szCs w:val="20"/>
                <w:lang w:eastAsia="ja-JP"/>
              </w:rPr>
            </w:pPr>
            <w:r w:rsidRPr="007224BF">
              <w:rPr>
                <w:b/>
                <w:sz w:val="20"/>
                <w:szCs w:val="20"/>
                <w:lang w:eastAsia="ja-JP"/>
              </w:rPr>
              <w:t>8．その他・困っていること</w:t>
            </w:r>
          </w:p>
        </w:tc>
      </w:tr>
    </w:tbl>
    <w:p w14:paraId="6F478650" w14:textId="77777777" w:rsidR="00546853" w:rsidRPr="007224BF" w:rsidRDefault="00000000">
      <w:pPr>
        <w:spacing w:after="40" w:line="240" w:lineRule="auto"/>
        <w:rPr>
          <w:sz w:val="18"/>
          <w:szCs w:val="18"/>
          <w:lang w:eastAsia="ja-JP"/>
        </w:rPr>
      </w:pPr>
      <w:r w:rsidRPr="007224BF">
        <w:rPr>
          <w:sz w:val="18"/>
          <w:szCs w:val="18"/>
          <w:lang w:eastAsia="ja-JP"/>
        </w:rPr>
        <w:t>介護・生活・ご家族の負担など、主治医に伝えておきたいことがあればご記入ください。</w:t>
      </w:r>
    </w:p>
    <w:tbl>
      <w:tblPr>
        <w:tblStyle w:val="af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744"/>
      </w:tblGrid>
      <w:tr w:rsidR="007224BF" w:rsidRPr="007224BF" w14:paraId="3BE05C5D" w14:textId="77777777" w:rsidTr="007224BF">
        <w:tc>
          <w:tcPr>
            <w:tcW w:w="10744" w:type="dxa"/>
          </w:tcPr>
          <w:p w14:paraId="65A3116C" w14:textId="77777777" w:rsidR="007224BF" w:rsidRPr="007224BF" w:rsidRDefault="007224BF" w:rsidP="00036246">
            <w:pPr>
              <w:spacing w:after="20"/>
              <w:rPr>
                <w:rFonts w:hint="eastAsia"/>
                <w:sz w:val="18"/>
                <w:szCs w:val="18"/>
                <w:lang w:eastAsia="ja-JP"/>
              </w:rPr>
            </w:pPr>
          </w:p>
        </w:tc>
      </w:tr>
      <w:tr w:rsidR="007224BF" w:rsidRPr="007224BF" w14:paraId="6C14F983" w14:textId="77777777" w:rsidTr="007224BF">
        <w:tc>
          <w:tcPr>
            <w:tcW w:w="10744" w:type="dxa"/>
          </w:tcPr>
          <w:p w14:paraId="2422F4C5" w14:textId="77777777" w:rsidR="007224BF" w:rsidRPr="007224BF" w:rsidRDefault="007224BF" w:rsidP="00EA138C">
            <w:pPr>
              <w:spacing w:after="20"/>
              <w:rPr>
                <w:rFonts w:hint="eastAsia"/>
                <w:sz w:val="18"/>
                <w:szCs w:val="18"/>
                <w:lang w:eastAsia="ja-JP"/>
              </w:rPr>
            </w:pPr>
          </w:p>
        </w:tc>
      </w:tr>
      <w:tr w:rsidR="007224BF" w:rsidRPr="007224BF" w14:paraId="6C21681C" w14:textId="77777777" w:rsidTr="007224BF">
        <w:tc>
          <w:tcPr>
            <w:tcW w:w="10744" w:type="dxa"/>
          </w:tcPr>
          <w:p w14:paraId="7BB50F85" w14:textId="77777777" w:rsidR="007224BF" w:rsidRPr="007224BF" w:rsidRDefault="007224BF" w:rsidP="00EA138C">
            <w:pPr>
              <w:spacing w:after="20"/>
              <w:rPr>
                <w:rFonts w:hint="eastAsia"/>
                <w:sz w:val="18"/>
                <w:szCs w:val="18"/>
                <w:lang w:eastAsia="ja-JP"/>
              </w:rPr>
            </w:pPr>
          </w:p>
        </w:tc>
      </w:tr>
    </w:tbl>
    <w:p w14:paraId="17857750" w14:textId="77777777" w:rsidR="007224BF" w:rsidRDefault="007224BF" w:rsidP="007224BF">
      <w:pPr>
        <w:spacing w:after="20" w:line="240" w:lineRule="auto"/>
        <w:rPr>
          <w:sz w:val="18"/>
          <w:szCs w:val="18"/>
          <w:lang w:eastAsia="ja-JP"/>
        </w:rPr>
      </w:pPr>
    </w:p>
    <w:p w14:paraId="65389133" w14:textId="2564AD6A" w:rsidR="00FA43D4" w:rsidRPr="00EA7DD7" w:rsidRDefault="00FA43D4" w:rsidP="00EA7DD7">
      <w:pPr>
        <w:spacing w:after="20" w:line="240" w:lineRule="auto"/>
        <w:jc w:val="right"/>
        <w:rPr>
          <w:sz w:val="20"/>
          <w:szCs w:val="20"/>
          <w:lang w:eastAsia="ja-JP"/>
        </w:rPr>
      </w:pPr>
      <w:r w:rsidRPr="00EA7DD7">
        <w:rPr>
          <w:rFonts w:hint="eastAsia"/>
          <w:sz w:val="20"/>
          <w:szCs w:val="20"/>
          <w:lang w:eastAsia="ja-JP"/>
        </w:rPr>
        <w:t>ご協力ありがとうございました。</w:t>
      </w:r>
      <w:r w:rsidR="00EA7DD7" w:rsidRPr="00EA7DD7">
        <w:rPr>
          <w:rFonts w:hint="eastAsia"/>
          <w:sz w:val="20"/>
          <w:szCs w:val="20"/>
          <w:lang w:eastAsia="ja-JP"/>
        </w:rPr>
        <w:t>記入が終わりましたら、FAX・メール・持参いずれかの方法で提出をお願いします。</w:t>
      </w:r>
    </w:p>
    <w:p w14:paraId="1E3F7385" w14:textId="7CE8F7B6" w:rsidR="00EA7DD7" w:rsidRPr="00EA7DD7" w:rsidRDefault="00EA7DD7" w:rsidP="00EA7DD7">
      <w:pPr>
        <w:wordWrap w:val="0"/>
        <w:spacing w:after="20" w:line="240" w:lineRule="auto"/>
        <w:jc w:val="right"/>
        <w:rPr>
          <w:rFonts w:hint="eastAsia"/>
          <w:b/>
          <w:bCs/>
          <w:sz w:val="20"/>
          <w:szCs w:val="20"/>
          <w:lang w:eastAsia="ja-JP"/>
        </w:rPr>
      </w:pPr>
      <w:r w:rsidRPr="00EA7DD7">
        <w:rPr>
          <w:rFonts w:hint="eastAsia"/>
          <w:b/>
          <w:bCs/>
          <w:sz w:val="20"/>
          <w:szCs w:val="20"/>
          <w:lang w:eastAsia="ja-JP"/>
        </w:rPr>
        <w:t>FAX：082-250-5221　メール：tadeclinic@gmail.com</w:t>
      </w:r>
    </w:p>
    <w:p w14:paraId="2F1A40B8" w14:textId="225CE04F" w:rsidR="00EA7DD7" w:rsidRPr="00EA7DD7" w:rsidRDefault="00EA7DD7" w:rsidP="00EA7DD7">
      <w:pPr>
        <w:spacing w:after="20" w:line="240" w:lineRule="auto"/>
        <w:jc w:val="right"/>
        <w:rPr>
          <w:rFonts w:hint="eastAsia"/>
          <w:sz w:val="20"/>
          <w:szCs w:val="20"/>
          <w:lang w:eastAsia="ja-JP"/>
        </w:rPr>
      </w:pPr>
      <w:r w:rsidRPr="00EA7DD7">
        <w:rPr>
          <w:rFonts w:hint="eastAsia"/>
          <w:sz w:val="20"/>
          <w:szCs w:val="20"/>
          <w:lang w:eastAsia="ja-JP"/>
        </w:rPr>
        <w:t>たではらクリニック(TEL:250-5220)</w:t>
      </w:r>
    </w:p>
    <w:sectPr w:rsidR="00EA7DD7" w:rsidRPr="00EA7DD7" w:rsidSect="00034616">
      <w:footerReference w:type="default" r:id="rId8"/>
      <w:pgSz w:w="11906" w:h="16838"/>
      <w:pgMar w:top="567" w:right="680" w:bottom="567" w:left="680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A4EB5" w14:textId="77777777" w:rsidR="00011005" w:rsidRDefault="00011005">
      <w:pPr>
        <w:spacing w:after="0" w:line="240" w:lineRule="auto"/>
      </w:pPr>
      <w:r>
        <w:separator/>
      </w:r>
    </w:p>
  </w:endnote>
  <w:endnote w:type="continuationSeparator" w:id="0">
    <w:p w14:paraId="46CD0896" w14:textId="77777777" w:rsidR="00011005" w:rsidRDefault="00011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61118" w14:textId="77777777" w:rsidR="00546853" w:rsidRDefault="00000000">
    <w:pPr>
      <w:pStyle w:val="a7"/>
      <w:jc w:val="center"/>
    </w:pPr>
    <w:proofErr w:type="spellStart"/>
    <w:r>
      <w:rPr>
        <w:sz w:val="16"/>
      </w:rPr>
      <w:t>介護保険主治医意見書</w:t>
    </w:r>
    <w:proofErr w:type="spellEnd"/>
    <w:r>
      <w:rPr>
        <w:sz w:val="16"/>
      </w:rPr>
      <w:t xml:space="preserve"> </w:t>
    </w:r>
    <w:proofErr w:type="spellStart"/>
    <w:r>
      <w:rPr>
        <w:sz w:val="16"/>
      </w:rPr>
      <w:t>事前確認票</w:t>
    </w:r>
    <w:proofErr w:type="spellEnd"/>
    <w:r>
      <w:rPr>
        <w:sz w:val="16"/>
      </w:rPr>
      <w:t xml:space="preserve">　　</w:t>
    </w:r>
    <w:r>
      <w:fldChar w:fldCharType="begin"/>
    </w:r>
    <w:r>
      <w:instrText>PAGE</w:instrText>
    </w:r>
    <w:r>
      <w:fldChar w:fldCharType="separate"/>
    </w:r>
    <w:r w:rsidR="00AE4C74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49A02" w14:textId="77777777" w:rsidR="00011005" w:rsidRDefault="00011005">
      <w:pPr>
        <w:spacing w:after="0" w:line="240" w:lineRule="auto"/>
      </w:pPr>
      <w:r>
        <w:separator/>
      </w:r>
    </w:p>
  </w:footnote>
  <w:footnote w:type="continuationSeparator" w:id="0">
    <w:p w14:paraId="369B7B5A" w14:textId="77777777" w:rsidR="00011005" w:rsidRDefault="000110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1704049">
    <w:abstractNumId w:val="8"/>
  </w:num>
  <w:num w:numId="2" w16cid:durableId="110324495">
    <w:abstractNumId w:val="6"/>
  </w:num>
  <w:num w:numId="3" w16cid:durableId="1739131616">
    <w:abstractNumId w:val="5"/>
  </w:num>
  <w:num w:numId="4" w16cid:durableId="1162695823">
    <w:abstractNumId w:val="4"/>
  </w:num>
  <w:num w:numId="5" w16cid:durableId="2089501883">
    <w:abstractNumId w:val="7"/>
  </w:num>
  <w:num w:numId="6" w16cid:durableId="1456674325">
    <w:abstractNumId w:val="3"/>
  </w:num>
  <w:num w:numId="7" w16cid:durableId="2022858289">
    <w:abstractNumId w:val="2"/>
  </w:num>
  <w:num w:numId="8" w16cid:durableId="165288726">
    <w:abstractNumId w:val="1"/>
  </w:num>
  <w:num w:numId="9" w16cid:durableId="2102409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1005"/>
    <w:rsid w:val="00034616"/>
    <w:rsid w:val="0006063C"/>
    <w:rsid w:val="00067115"/>
    <w:rsid w:val="0014358C"/>
    <w:rsid w:val="0015074B"/>
    <w:rsid w:val="0029639D"/>
    <w:rsid w:val="00326F90"/>
    <w:rsid w:val="00546853"/>
    <w:rsid w:val="005E500C"/>
    <w:rsid w:val="007224BF"/>
    <w:rsid w:val="00832E7E"/>
    <w:rsid w:val="00AA1D8D"/>
    <w:rsid w:val="00AE4C74"/>
    <w:rsid w:val="00B47730"/>
    <w:rsid w:val="00CB0664"/>
    <w:rsid w:val="00EA7DD7"/>
    <w:rsid w:val="00FA43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CD4FD7"/>
  <w14:defaultImageDpi w14:val="300"/>
  <w15:docId w15:val="{D615B2D2-7106-4A23-88FA-9070A534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メイリオ" w:eastAsia="メイリオ" w:hAnsi="メイリオ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424</Words>
  <Characters>2422</Characters>
  <Application>Microsoft Office Word</Application>
  <DocSecurity>0</DocSecurity>
  <Lines>20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太 蓼原</cp:lastModifiedBy>
  <cp:revision>4</cp:revision>
  <dcterms:created xsi:type="dcterms:W3CDTF">2013-12-23T23:15:00Z</dcterms:created>
  <dcterms:modified xsi:type="dcterms:W3CDTF">2026-09-17T00:01:00Z</dcterms:modified>
  <cp:category/>
</cp:coreProperties>
</file>